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4B87"/>
          <w:sz w:val="44"/>
        </w:rPr>
        <w:t>FICHE D'ADHÉSION • MEMBERSHIP FORM</w:t>
      </w:r>
    </w:p>
    <w:p>
      <w:pPr>
        <w:jc w:val="center"/>
      </w:pPr>
      <w:r>
        <w:rPr>
          <w:i/>
          <w:sz w:val="22"/>
        </w:rPr>
        <w:t>SAFUAYE — Charitable Incorporated Organisation (Royaume-Uni)</w:t>
      </w:r>
    </w:p>
    <w:p>
      <w:pPr>
        <w:jc w:val="center"/>
      </w:pPr>
      <w:r>
        <w:rPr>
          <w:i/>
          <w:sz w:val="22"/>
        </w:rPr>
        <w:t>En mémoire de Simon-Joseph Afantchédé APEDO, dit « Safuaye »</w:t>
      </w:r>
    </w:p>
    <w:p>
      <w:pPr>
        <w:jc w:val="center"/>
      </w:pPr>
      <w:r>
        <w:rPr>
          <w:i/>
          <w:sz w:val="22"/>
        </w:rPr>
        <w:t>Adhésion gratuite • Free membership</w:t>
      </w:r>
    </w:p>
    <w:p/>
    <w:p>
      <w:pPr>
        <w:spacing w:after="60"/>
      </w:pPr>
      <w:r>
        <w:rPr>
          <w:b/>
          <w:i w:val="0"/>
        </w:rPr>
        <w:t>FR :</w:t>
      </w:r>
      <w:r>
        <w:rPr>
          <w:b w:val="0"/>
          <w:i w:val="0"/>
        </w:rPr>
        <w:t xml:space="preserve"> Merci de votre intérêt pour SAFUAYE. Veuillez compléter cette fiche, la signer, puis nous la retourner par email à </w:t>
      </w:r>
      <w:r>
        <w:rPr>
          <w:b/>
          <w:i w:val="0"/>
        </w:rPr>
        <w:t>contact@safuaye.org</w:t>
      </w:r>
      <w:r>
        <w:rPr>
          <w:b w:val="0"/>
          <w:i w:val="0"/>
        </w:rPr>
        <w:t xml:space="preserve"> (scan ou photo lisible), ou par courrier postal à : </w:t>
      </w:r>
      <w:r>
        <w:rPr>
          <w:b/>
          <w:i w:val="0"/>
        </w:rPr>
        <w:t>SAFUAYE, 26b Langley Park Road, SM2 5EN Sutton, Royaume-Uni</w:t>
      </w:r>
      <w:r>
        <w:rPr>
          <w:b w:val="0"/>
          <w:i w:val="0"/>
        </w:rPr>
        <w:t>. Vous recevrez une confirmation par email sous 7 jours.</w:t>
      </w:r>
    </w:p>
    <w:p>
      <w:pPr>
        <w:spacing w:after="60"/>
      </w:pPr>
      <w:r>
        <w:rPr>
          <w:b/>
          <w:i w:val="0"/>
        </w:rPr>
        <w:t>EN :</w:t>
      </w:r>
      <w:r>
        <w:rPr>
          <w:b w:val="0"/>
          <w:i w:val="0"/>
        </w:rPr>
        <w:t xml:space="preserve"> Thank you for your interest in SAFUAYE. Please complete this form, sign it, and return it by email to </w:t>
      </w:r>
      <w:r>
        <w:rPr>
          <w:b/>
          <w:i w:val="0"/>
        </w:rPr>
        <w:t>contact@safuaye.org</w:t>
      </w:r>
      <w:r>
        <w:rPr>
          <w:b w:val="0"/>
          <w:i w:val="0"/>
        </w:rPr>
        <w:t xml:space="preserve"> (scan or readable photo), or by post to: </w:t>
      </w:r>
      <w:r>
        <w:rPr>
          <w:b/>
          <w:i w:val="0"/>
        </w:rPr>
        <w:t>SAFUAYE, 26b Langley Park Road, SM2 5EN Sutton, United Kingdom</w:t>
      </w:r>
      <w:r>
        <w:rPr>
          <w:b w:val="0"/>
          <w:i w:val="0"/>
        </w:rPr>
        <w:t>. You will receive an email confirmation within 7 days.</w:t>
      </w:r>
    </w:p>
    <w:p>
      <w:pPr>
        <w:spacing w:before="160" w:after="60"/>
      </w:pPr>
      <w:r>
        <w:rPr>
          <w:b/>
          <w:color w:val="004B87"/>
          <w:sz w:val="26"/>
        </w:rPr>
        <w:t>1. IDENTITÉ / IDENTITY</w:t>
      </w:r>
    </w:p>
    <w:p>
      <w:pPr>
        <w:spacing w:after="40"/>
      </w:pPr>
      <w:r>
        <w:rPr>
          <w:b w:val="0"/>
          <w:i w:val="0"/>
        </w:rPr>
        <w:t>Nom de famille / Last name :  ____________________________________________</w:t>
      </w:r>
    </w:p>
    <w:p>
      <w:pPr>
        <w:spacing w:after="40"/>
      </w:pPr>
      <w:r>
        <w:rPr>
          <w:b w:val="0"/>
          <w:i w:val="0"/>
        </w:rPr>
        <w:t>Prénom(s) / First name(s) :   ____________________________________________</w:t>
      </w:r>
    </w:p>
    <w:p>
      <w:pPr>
        <w:spacing w:after="40"/>
      </w:pPr>
      <w:r>
        <w:rPr>
          <w:b w:val="0"/>
          <w:i w:val="0"/>
        </w:rPr>
        <w:t>Date de naissance / Date of birth : ____ / ____ / __________</w:t>
      </w:r>
    </w:p>
    <w:p>
      <w:pPr>
        <w:spacing w:after="40"/>
      </w:pPr>
      <w:r>
        <w:rPr>
          <w:b w:val="0"/>
          <w:i w:val="0"/>
        </w:rPr>
        <w:t>Lieu de naissance / Place of birth : _____________________________________</w:t>
      </w:r>
    </w:p>
    <w:p>
      <w:pPr>
        <w:spacing w:after="40"/>
      </w:pPr>
      <w:r>
        <w:rPr>
          <w:b w:val="0"/>
          <w:i w:val="0"/>
        </w:rPr>
        <w:t>Nationalité / Nationality :   ____________________________________________</w:t>
      </w:r>
    </w:p>
    <w:p>
      <w:pPr>
        <w:spacing w:after="40"/>
      </w:pPr>
      <w:r>
        <w:rPr>
          <w:b w:val="0"/>
          <w:i w:val="0"/>
        </w:rPr>
        <w:t>Profession / Occupation :     ____________________________________________</w:t>
      </w:r>
    </w:p>
    <w:p>
      <w:pPr>
        <w:spacing w:before="160" w:after="60"/>
      </w:pPr>
      <w:r>
        <w:rPr>
          <w:b/>
          <w:color w:val="004B87"/>
          <w:sz w:val="26"/>
        </w:rPr>
        <w:t>2. COORDONNÉES / CONTACT</w:t>
      </w:r>
    </w:p>
    <w:p>
      <w:pPr>
        <w:spacing w:after="40"/>
      </w:pPr>
      <w:r>
        <w:rPr>
          <w:b w:val="0"/>
          <w:i w:val="0"/>
        </w:rPr>
        <w:t>Adresse / Address : ______________________________________________________</w:t>
      </w:r>
    </w:p>
    <w:p>
      <w:pPr>
        <w:spacing w:after="40"/>
      </w:pPr>
      <w:r>
        <w:rPr>
          <w:b w:val="0"/>
          <w:i w:val="0"/>
        </w:rPr>
        <w:t xml:space="preserve">                    ______________________________________________________</w:t>
      </w:r>
    </w:p>
    <w:p>
      <w:pPr>
        <w:spacing w:after="40"/>
      </w:pPr>
      <w:r>
        <w:rPr>
          <w:b w:val="0"/>
          <w:i w:val="0"/>
        </w:rPr>
        <w:t>Code postal / Post code : __________   Ville / City : ______________________</w:t>
      </w:r>
    </w:p>
    <w:p>
      <w:pPr>
        <w:spacing w:after="40"/>
      </w:pPr>
      <w:r>
        <w:rPr>
          <w:b w:val="0"/>
          <w:i w:val="0"/>
        </w:rPr>
        <w:t>Pays / Country :         🇹🇬 Togo  ☐  🇬🇧 UK  ☐  🇮🇹 Italie  ☐  🇨🇭 Suisse  ☐  🇫🇷 France  ☐  Autre : ______________</w:t>
      </w:r>
    </w:p>
    <w:p>
      <w:pPr>
        <w:spacing w:after="40"/>
      </w:pPr>
      <w:r>
        <w:rPr>
          <w:b w:val="0"/>
          <w:i w:val="0"/>
        </w:rPr>
        <w:t>Téléphone / Phone (avec indicatif / with country code) : __________________</w:t>
      </w:r>
    </w:p>
    <w:p>
      <w:pPr>
        <w:spacing w:after="40"/>
      </w:pPr>
      <w:r>
        <w:rPr>
          <w:b w:val="0"/>
          <w:i w:val="0"/>
        </w:rPr>
        <w:t>Email :              _____________________________________________________</w:t>
      </w:r>
    </w:p>
    <w:p>
      <w:pPr>
        <w:spacing w:after="40"/>
      </w:pPr>
      <w:r>
        <w:rPr>
          <w:b w:val="0"/>
          <w:i w:val="0"/>
        </w:rPr>
        <w:t>WhatsApp (si différent / if different) : _________________________________</w:t>
      </w:r>
    </w:p>
    <w:p>
      <w:pPr>
        <w:spacing w:before="160" w:after="60"/>
      </w:pPr>
      <w:r>
        <w:rPr>
          <w:b/>
          <w:color w:val="004B87"/>
          <w:sz w:val="26"/>
        </w:rPr>
        <w:t>3. TYPE D'ADHÉSION SOUHAITÉE / DESIRED MEMBERSHIP</w:t>
      </w:r>
    </w:p>
    <w:p>
      <w:pPr>
        <w:spacing w:after="60"/>
      </w:pPr>
      <w:r>
        <w:rPr>
          <w:b w:val="0"/>
          <w:i/>
        </w:rPr>
        <w:t>Cocher une ou plusieurs cases / Tick one or more boxes :</w:t>
      </w:r>
    </w:p>
    <w:p>
      <w:pPr>
        <w:spacing w:after="40"/>
      </w:pPr>
      <w:r>
        <w:rPr>
          <w:b w:val="0"/>
          <w:i w:val="0"/>
        </w:rPr>
        <w:t xml:space="preserve">☐ </w:t>
      </w:r>
      <w:r>
        <w:rPr>
          <w:b/>
          <w:i w:val="0"/>
        </w:rPr>
        <w:t>Membre actif</w:t>
      </w:r>
      <w:r>
        <w:rPr>
          <w:b w:val="0"/>
          <w:i w:val="0"/>
        </w:rPr>
        <w:t xml:space="preserve"> / Active member — Je souhaite participer à la vie de l'association (réunions, projets, votes en AG).</w:t>
      </w:r>
    </w:p>
    <w:p>
      <w:pPr>
        <w:spacing w:after="40"/>
      </w:pPr>
      <w:r>
        <w:rPr>
          <w:b w:val="0"/>
          <w:i w:val="0"/>
        </w:rPr>
        <w:t xml:space="preserve">☐ </w:t>
      </w:r>
      <w:r>
        <w:rPr>
          <w:b/>
          <w:i w:val="0"/>
        </w:rPr>
        <w:t>Bénévole</w:t>
      </w:r>
      <w:r>
        <w:rPr>
          <w:b w:val="0"/>
          <w:i w:val="0"/>
        </w:rPr>
        <w:t xml:space="preserve"> / Volunteer — Je souhaite donner de mon temps. Domaines préférés / Preferred areas :</w:t>
      </w:r>
    </w:p>
    <w:p>
      <w:pPr>
        <w:spacing w:after="40"/>
      </w:pPr>
      <w:r>
        <w:rPr>
          <w:b w:val="0"/>
          <w:i w:val="0"/>
        </w:rPr>
        <w:t xml:space="preserve">    ☐ Coordination terrain Togo     ☐ Communication / réseaux sociaux</w:t>
      </w:r>
    </w:p>
    <w:p>
      <w:pPr>
        <w:spacing w:after="40"/>
      </w:pPr>
      <w:r>
        <w:rPr>
          <w:b w:val="0"/>
          <w:i w:val="0"/>
        </w:rPr>
        <w:t xml:space="preserve">    ☐ Traduction (FR / EN / IT)     ☐ Photo / vidéo</w:t>
      </w:r>
    </w:p>
    <w:p>
      <w:pPr>
        <w:spacing w:after="40"/>
      </w:pPr>
      <w:r>
        <w:rPr>
          <w:b w:val="0"/>
          <w:i w:val="0"/>
        </w:rPr>
        <w:t xml:space="preserve">    ☐ Levée de fonds / sponsoring   ☐ Comptabilité / juridique</w:t>
      </w:r>
    </w:p>
    <w:p>
      <w:pPr>
        <w:spacing w:after="40"/>
      </w:pPr>
      <w:r>
        <w:rPr>
          <w:b w:val="0"/>
          <w:i w:val="0"/>
        </w:rPr>
        <w:t xml:space="preserve">    ☐ Encadrement Académie de Football   ☐ Autre : ______________________</w:t>
      </w:r>
    </w:p>
    <w:p>
      <w:pPr>
        <w:spacing w:after="40"/>
      </w:pPr>
      <w:r>
        <w:rPr>
          <w:b w:val="0"/>
          <w:i w:val="0"/>
        </w:rPr>
        <w:t xml:space="preserve">☐ </w:t>
      </w:r>
      <w:r>
        <w:rPr>
          <w:b/>
          <w:i w:val="0"/>
        </w:rPr>
        <w:t>Donateur·trice régulier·ère</w:t>
      </w:r>
      <w:r>
        <w:rPr>
          <w:b w:val="0"/>
          <w:i w:val="0"/>
        </w:rPr>
        <w:t xml:space="preserve"> / Regular donor — Je souhaite soutenir financièrement (Stripe à venir).</w:t>
      </w:r>
    </w:p>
    <w:p>
      <w:pPr>
        <w:spacing w:after="40"/>
      </w:pPr>
      <w:r>
        <w:rPr>
          <w:b w:val="0"/>
          <w:i w:val="0"/>
        </w:rPr>
        <w:t xml:space="preserve">☐ </w:t>
      </w:r>
      <w:r>
        <w:rPr>
          <w:b/>
          <w:i w:val="0"/>
        </w:rPr>
        <w:t>Membre honoraire</w:t>
      </w:r>
      <w:r>
        <w:rPr>
          <w:b w:val="0"/>
          <w:i w:val="0"/>
        </w:rPr>
        <w:t xml:space="preserve"> / Honorary member — Ancien joueur Ifodjè, parrain ou personnalité invité·e par le Board.</w:t>
      </w:r>
    </w:p>
    <w:p>
      <w:pPr>
        <w:spacing w:before="160" w:after="60"/>
      </w:pPr>
      <w:r>
        <w:rPr>
          <w:b/>
          <w:color w:val="004B87"/>
          <w:sz w:val="26"/>
        </w:rPr>
        <w:t>4. VOTRE LIEN AVEC SAFUAYE / YOUR LINK TO SAFUAYE</w:t>
      </w:r>
    </w:p>
    <w:p>
      <w:pPr>
        <w:spacing w:after="60"/>
      </w:pPr>
      <w:r>
        <w:rPr>
          <w:b w:val="0"/>
          <w:i/>
        </w:rPr>
        <w:t>Comment avez-vous connu SAFUAYE ? Avez-vous connu personnellement Simon-Joseph « Safuaye » APEDO ou Ifodjè FC ?</w:t>
      </w:r>
    </w:p>
    <w:p>
      <w:pPr>
        <w:spacing w:after="60"/>
      </w:pPr>
      <w:r>
        <w:rPr>
          <w:b w:val="0"/>
          <w:i/>
        </w:rPr>
        <w:t>How did you hear about SAFUAYE? Did you know Simon-Joseph « Safuaye » APEDO or Ifodjè FC personally?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before="160" w:after="60"/>
      </w:pPr>
      <w:r>
        <w:rPr>
          <w:b/>
          <w:color w:val="004B87"/>
          <w:sz w:val="26"/>
        </w:rPr>
        <w:t>5. MOTIVATION / MOTIVATION</w:t>
      </w:r>
    </w:p>
    <w:p>
      <w:pPr>
        <w:spacing w:after="60"/>
      </w:pPr>
      <w:r>
        <w:rPr>
          <w:b w:val="0"/>
          <w:i/>
        </w:rPr>
        <w:t>Pourquoi souhaitez-vous rejoindre SAFUAYE ? Que voulez-vous apporter ? (5-10 lignes)</w:t>
      </w:r>
    </w:p>
    <w:p>
      <w:pPr>
        <w:spacing w:after="60"/>
      </w:pPr>
      <w:r>
        <w:rPr>
          <w:b w:val="0"/>
          <w:i/>
        </w:rPr>
        <w:t>Why do you want to join SAFUAYE? What would you like to contribute? (5-10 lines)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before="160" w:after="60"/>
      </w:pPr>
      <w:r>
        <w:rPr>
          <w:b/>
          <w:color w:val="004B87"/>
          <w:sz w:val="26"/>
        </w:rPr>
        <w:t>6. ENGAGEMENTS / COMMITMENTS</w:t>
      </w:r>
    </w:p>
    <w:p>
      <w:pPr>
        <w:spacing w:after="60"/>
      </w:pPr>
      <w:r>
        <w:rPr>
          <w:b w:val="0"/>
          <w:i w:val="0"/>
        </w:rPr>
        <w:t>En adhérant à SAFUAYE, je m'engage à / By joining SAFUAYE, I commit to:</w:t>
      </w:r>
    </w:p>
    <w:p>
      <w:pPr>
        <w:pStyle w:val="ListBullet"/>
        <w:ind w:left="340"/>
      </w:pPr>
      <w:r>
        <w:rPr>
          <w:b w:val="0"/>
          <w:i w:val="0"/>
        </w:rPr>
        <w:t>Respecter les valeurs de l'association : héritage, solidarité, espoir, intégrité. / Respect the association's values: heritage, solidarity, hope, integrity.</w:t>
      </w:r>
    </w:p>
    <w:p>
      <w:pPr>
        <w:pStyle w:val="ListBullet"/>
        <w:ind w:left="340"/>
      </w:pPr>
      <w:r>
        <w:rPr>
          <w:b w:val="0"/>
          <w:i w:val="0"/>
        </w:rPr>
        <w:t>Respecter la Constitution CIO et toutes les politiques en vigueur (Safeguarding, Selection, Grant Making). / Comply with the CIO Constitution and all policies in force.</w:t>
      </w:r>
    </w:p>
    <w:p>
      <w:pPr>
        <w:pStyle w:val="ListBullet"/>
        <w:ind w:left="340"/>
      </w:pPr>
      <w:r>
        <w:rPr>
          <w:b w:val="0"/>
          <w:i w:val="0"/>
        </w:rPr>
        <w:t>Ne pas utiliser SAFUAYE à des fins politiques, religieuses, commerciales ou personnelles. / Not to use SAFUAYE for political, religious, commercial or personal purposes.</w:t>
      </w:r>
    </w:p>
    <w:p>
      <w:pPr>
        <w:pStyle w:val="ListBullet"/>
        <w:ind w:left="340"/>
      </w:pPr>
      <w:r>
        <w:rPr>
          <w:b w:val="0"/>
          <w:i w:val="0"/>
        </w:rPr>
        <w:t>Signaler tout conflit d'intérêts au Conseil d'Administration. / Report any conflict of interest to the Board.</w:t>
      </w:r>
    </w:p>
    <w:p>
      <w:pPr>
        <w:pStyle w:val="ListBullet"/>
        <w:ind w:left="340"/>
      </w:pPr>
      <w:r>
        <w:rPr>
          <w:b w:val="0"/>
          <w:i w:val="0"/>
        </w:rPr>
        <w:t>Faire preuve de discrétion concernant les bénéficiaires et leur situation. / Maintain discretion regarding beneficiaries and their situation.</w:t>
      </w:r>
    </w:p>
    <w:p>
      <w:pPr>
        <w:spacing w:before="160" w:after="60"/>
      </w:pPr>
      <w:r>
        <w:rPr>
          <w:b/>
          <w:color w:val="004B87"/>
          <w:sz w:val="26"/>
        </w:rPr>
        <w:t>7. PROTECTION DES DONNÉES / DATA PROTECTION</w:t>
      </w:r>
    </w:p>
    <w:p>
      <w:pPr>
        <w:spacing w:after="60"/>
      </w:pPr>
      <w:r>
        <w:rPr>
          <w:b/>
          <w:i w:val="0"/>
        </w:rPr>
        <w:t>FR :</w:t>
      </w:r>
      <w:r>
        <w:rPr>
          <w:b w:val="0"/>
          <w:i w:val="0"/>
        </w:rPr>
        <w:t xml:space="preserve"> Les informations recueillies sont conservées par SAFUAYE pour la gestion de votre adhésion. Conformément au RGPD, vous disposez d'un droit d'accès, de rectification, et de suppression. Pour l'exercer : contact@safuaye.org. Vos données ne sont jamais cédées à des tiers.</w:t>
      </w:r>
    </w:p>
    <w:p>
      <w:pPr>
        <w:spacing w:after="60"/>
      </w:pPr>
      <w:r>
        <w:rPr>
          <w:b/>
          <w:i w:val="0"/>
        </w:rPr>
        <w:t>EN :</w:t>
      </w:r>
      <w:r>
        <w:rPr>
          <w:b w:val="0"/>
          <w:i w:val="0"/>
        </w:rPr>
        <w:t xml:space="preserve"> The information collected is kept by SAFUAYE for membership management purposes. Under GDPR, you have the right to access, rectify and delete your data. To exercise this right: contact@safuaye.org. Your data is never shared with third parties.</w:t>
      </w:r>
    </w:p>
    <w:p>
      <w:pPr>
        <w:spacing w:after="40"/>
      </w:pPr>
      <w:r>
        <w:rPr>
          <w:b w:val="0"/>
          <w:i w:val="0"/>
        </w:rPr>
        <w:t>☐ J'autorise SAFUAYE à m'envoyer la newsletter (max 4 / an) / I agree to receive the SAFUAYE newsletter (max 4 / year).</w:t>
      </w:r>
    </w:p>
    <w:p>
      <w:pPr>
        <w:spacing w:after="40"/>
      </w:pPr>
      <w:r>
        <w:rPr>
          <w:b w:val="0"/>
          <w:i w:val="0"/>
        </w:rPr>
        <w:t>☐ J'autorise SAFUAYE à utiliser mon nom et ma photo dans ses communications / I authorise SAFUAYE to use my name and photo in its communications.</w:t>
      </w:r>
    </w:p>
    <w:p>
      <w:pPr>
        <w:spacing w:before="160" w:after="60"/>
      </w:pPr>
      <w:r>
        <w:rPr>
          <w:b/>
          <w:color w:val="004B87"/>
          <w:sz w:val="26"/>
        </w:rPr>
        <w:t>8. SIGNATURE / SIGNATURE</w:t>
      </w:r>
    </w:p>
    <w:p/>
    <w:p>
      <w:pPr>
        <w:spacing w:after="60"/>
      </w:pPr>
      <w:r>
        <w:rPr>
          <w:b w:val="0"/>
          <w:i w:val="0"/>
        </w:rPr>
        <w:t>Fait à / Made in : ___________________________________   Le / On : ____ / ____ / 2026</w:t>
      </w:r>
    </w:p>
    <w:p/>
    <w:p>
      <w:pPr>
        <w:spacing w:after="60"/>
      </w:pPr>
      <w:r>
        <w:rPr>
          <w:b w:val="0"/>
          <w:i w:val="0"/>
        </w:rPr>
        <w:t>Signature précédée de la mention « Lu et approuvé » / Signature preceded by « Read and approved » :</w:t>
      </w:r>
    </w:p>
    <w:p/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>
      <w:pPr>
        <w:spacing w:after="40"/>
      </w:pPr>
      <w:r>
        <w:rPr>
          <w:b w:val="0"/>
          <w:i w:val="0"/>
        </w:rPr>
        <w:t>_____________________________________________________________________</w:t>
      </w:r>
    </w:p>
    <w:p/>
    <w:p>
      <w:pPr>
        <w:spacing w:before="160" w:after="60"/>
      </w:pPr>
      <w:r>
        <w:rPr>
          <w:b/>
          <w:color w:val="004B87"/>
          <w:sz w:val="26"/>
        </w:rPr>
        <w:t>9. CADRE RÉSERVÉ À SAFUAYE / FOR SAFUAYE USE ONLY</w:t>
      </w:r>
    </w:p>
    <w:p>
      <w:pPr>
        <w:spacing w:after="40"/>
      </w:pPr>
      <w:r>
        <w:rPr>
          <w:b w:val="0"/>
          <w:i w:val="0"/>
        </w:rPr>
        <w:t>N° d'adhérent / Member No. : _________________________________________</w:t>
      </w:r>
    </w:p>
    <w:p>
      <w:pPr>
        <w:spacing w:after="40"/>
      </w:pPr>
      <w:r>
        <w:rPr>
          <w:b w:val="0"/>
          <w:i w:val="0"/>
        </w:rPr>
        <w:t>Date de réception / Received on : ____ / ____ / 2026</w:t>
      </w:r>
    </w:p>
    <w:p>
      <w:pPr>
        <w:spacing w:after="40"/>
      </w:pPr>
      <w:r>
        <w:rPr>
          <w:b w:val="0"/>
          <w:i w:val="0"/>
        </w:rPr>
        <w:t>Mode de réception / Received via :  ☐ Email   ☐ Courrier / Post   ☐ Remise en main propre / In person</w:t>
      </w:r>
    </w:p>
    <w:p>
      <w:pPr>
        <w:spacing w:after="40"/>
      </w:pPr>
      <w:r>
        <w:rPr>
          <w:b w:val="0"/>
          <w:i w:val="0"/>
        </w:rPr>
        <w:t>Validation par / Validated by : _______________________________ (Trustee)</w:t>
      </w:r>
    </w:p>
    <w:p>
      <w:pPr>
        <w:spacing w:after="40"/>
      </w:pPr>
      <w:r>
        <w:rPr>
          <w:b w:val="0"/>
          <w:i w:val="0"/>
        </w:rPr>
        <w:t>Date de confirmation / Confirmation date : ____ / ____ / 2026</w:t>
      </w:r>
    </w:p>
    <w:p>
      <w:pPr>
        <w:spacing w:after="40"/>
      </w:pPr>
      <w:r>
        <w:rPr>
          <w:b w:val="0"/>
          <w:i w:val="0"/>
        </w:rPr>
        <w:t>Catégorie validée / Validated category : ☐ Actif  ☐ Bénévole  ☐ Donateur  ☐ Honoraire</w:t>
      </w:r>
    </w:p>
    <w:p>
      <w:pPr>
        <w:spacing w:after="40"/>
      </w:pPr>
      <w:r>
        <w:rPr>
          <w:b w:val="0"/>
          <w:i w:val="0"/>
        </w:rPr>
        <w:t>Notes : ______________________________________________________________</w:t>
      </w:r>
    </w:p>
    <w:p>
      <w:pPr>
        <w:spacing w:after="40"/>
      </w:pPr>
      <w:r>
        <w:rPr>
          <w:b w:val="0"/>
          <w:i w:val="0"/>
        </w:rPr>
        <w:t xml:space="preserve">        ______________________________________________________________</w:t>
      </w:r>
    </w:p>
    <w:p/>
    <w:p>
      <w:pPr>
        <w:spacing w:after="60"/>
      </w:pPr>
      <w:r>
        <w:rPr>
          <w:b w:val="0"/>
          <w:i/>
        </w:rPr>
        <w:t>Merci pour votre engagement à nos côtés. — Thank you for committing to our cause.</w:t>
      </w:r>
    </w:p>
    <w:p>
      <w:pPr>
        <w:spacing w:after="60"/>
      </w:pPr>
      <w:r>
        <w:rPr>
          <w:b/>
          <w:i w:val="0"/>
        </w:rPr>
        <w:t>SAFUAYE</w:t>
      </w:r>
      <w:r>
        <w:rPr>
          <w:b w:val="0"/>
          <w:i w:val="0"/>
        </w:rPr>
        <w:t xml:space="preserve"> • UK • Italie • Suisse • Togo • safuaye.org • contact@safuaye.org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